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69B1" w14:textId="77777777" w:rsidR="002E12B1" w:rsidRPr="005C6038" w:rsidRDefault="00000000">
      <w:pPr>
        <w:jc w:val="center"/>
        <w:rPr>
          <w:lang w:val="es-ES"/>
        </w:rPr>
      </w:pPr>
      <w:r w:rsidRPr="005C6038">
        <w:rPr>
          <w:b/>
          <w:sz w:val="28"/>
          <w:lang w:val="es-ES"/>
        </w:rPr>
        <w:t xml:space="preserve">SOCIEDAD DEPORTIVA LENENSE </w:t>
      </w:r>
      <w:proofErr w:type="spellStart"/>
      <w:r w:rsidRPr="005C6038">
        <w:rPr>
          <w:b/>
          <w:sz w:val="28"/>
          <w:lang w:val="es-ES"/>
        </w:rPr>
        <w:t>PROINASTUR</w:t>
      </w:r>
      <w:proofErr w:type="spellEnd"/>
    </w:p>
    <w:p w14:paraId="4A465DBA" w14:textId="77777777" w:rsidR="002E12B1" w:rsidRPr="005C6038" w:rsidRDefault="00000000">
      <w:pPr>
        <w:jc w:val="center"/>
        <w:rPr>
          <w:lang w:val="es-ES"/>
        </w:rPr>
      </w:pPr>
      <w:r w:rsidRPr="005C6038">
        <w:rPr>
          <w:b/>
          <w:sz w:val="24"/>
          <w:lang w:val="es-ES"/>
        </w:rPr>
        <w:t>MODELO DE PRESENTACIÓN DE CANDIDATURA A LA PRESIDENCIA DEL CLUB</w:t>
      </w:r>
    </w:p>
    <w:p w14:paraId="08868BC8" w14:textId="646467F4" w:rsidR="002E12B1" w:rsidRPr="005C6038" w:rsidRDefault="005C6038">
      <w:pPr>
        <w:jc w:val="center"/>
        <w:rPr>
          <w:lang w:val="es-ES"/>
        </w:rPr>
      </w:pPr>
      <w:r w:rsidRPr="005C6038">
        <w:rPr>
          <w:i/>
          <w:lang w:val="es-ES"/>
        </w:rPr>
        <w:t>E</w:t>
      </w:r>
      <w:r>
        <w:rPr>
          <w:i/>
          <w:lang w:val="es-ES"/>
        </w:rPr>
        <w:t>lecciones 2026</w:t>
      </w:r>
    </w:p>
    <w:p w14:paraId="2CAD231E" w14:textId="77777777" w:rsidR="002E12B1" w:rsidRPr="005C6038" w:rsidRDefault="002E12B1">
      <w:pPr>
        <w:rPr>
          <w:lang w:val="es-ES"/>
        </w:rPr>
      </w:pPr>
    </w:p>
    <w:p w14:paraId="0928F6DD" w14:textId="77777777" w:rsidR="002E12B1" w:rsidRPr="005C6038" w:rsidRDefault="00000000">
      <w:pPr>
        <w:rPr>
          <w:lang w:val="es-ES"/>
        </w:rPr>
      </w:pPr>
      <w:r w:rsidRPr="005C6038">
        <w:rPr>
          <w:b/>
          <w:sz w:val="22"/>
          <w:lang w:val="es-ES"/>
        </w:rPr>
        <w:t>1. DATOS DEL SOCIO CANDIDATO/A</w:t>
      </w:r>
    </w:p>
    <w:p w14:paraId="03934246" w14:textId="106034E3" w:rsidR="002E12B1" w:rsidRPr="005C6038" w:rsidRDefault="00000000">
      <w:pPr>
        <w:spacing w:after="80"/>
        <w:rPr>
          <w:lang w:val="es-ES"/>
        </w:rPr>
      </w:pPr>
      <w:r w:rsidRPr="005C6038">
        <w:rPr>
          <w:b/>
          <w:lang w:val="es-ES"/>
        </w:rPr>
        <w:t xml:space="preserve">Nombre completo del socio candidato/a: </w:t>
      </w:r>
      <w:r w:rsidRPr="005C6038">
        <w:rPr>
          <w:lang w:val="es-ES"/>
        </w:rPr>
        <w:t>________________________________________</w:t>
      </w:r>
      <w:r w:rsidR="005C6038">
        <w:rPr>
          <w:lang w:val="es-ES"/>
        </w:rPr>
        <w:t>_________________________</w:t>
      </w:r>
      <w:r w:rsidRPr="005C6038">
        <w:rPr>
          <w:lang w:val="es-ES"/>
        </w:rPr>
        <w:t>____________________</w:t>
      </w:r>
    </w:p>
    <w:p w14:paraId="388C2681" w14:textId="77777777" w:rsidR="005C6038" w:rsidRDefault="005C6038">
      <w:pPr>
        <w:spacing w:after="80"/>
        <w:rPr>
          <w:b/>
          <w:lang w:val="es-ES"/>
        </w:rPr>
      </w:pPr>
    </w:p>
    <w:p w14:paraId="43621D91" w14:textId="3CE5020B" w:rsidR="002E12B1" w:rsidRDefault="00000000">
      <w:pPr>
        <w:spacing w:after="80"/>
        <w:rPr>
          <w:lang w:val="es-ES"/>
        </w:rPr>
      </w:pPr>
      <w:r w:rsidRPr="005C6038">
        <w:rPr>
          <w:b/>
          <w:lang w:val="es-ES"/>
        </w:rPr>
        <w:t xml:space="preserve">D.N.I.: </w:t>
      </w:r>
      <w:r w:rsidRPr="005C6038">
        <w:rPr>
          <w:lang w:val="es-ES"/>
        </w:rPr>
        <w:t>__________________</w:t>
      </w:r>
    </w:p>
    <w:p w14:paraId="38DE22AC" w14:textId="77777777" w:rsidR="005C6038" w:rsidRPr="005C6038" w:rsidRDefault="005C6038">
      <w:pPr>
        <w:spacing w:after="80"/>
        <w:rPr>
          <w:lang w:val="es-ES"/>
        </w:rPr>
      </w:pPr>
    </w:p>
    <w:p w14:paraId="16B45C45" w14:textId="77777777" w:rsidR="005C6038" w:rsidRDefault="005C6038">
      <w:pPr>
        <w:spacing w:after="80"/>
        <w:rPr>
          <w:bCs/>
          <w:lang w:val="es-ES"/>
        </w:rPr>
      </w:pPr>
      <w:proofErr w:type="spellStart"/>
      <w:r>
        <w:rPr>
          <w:b/>
          <w:lang w:val="es-ES"/>
        </w:rPr>
        <w:t>Nº</w:t>
      </w:r>
      <w:proofErr w:type="spellEnd"/>
      <w:r w:rsidR="00000000" w:rsidRPr="005C6038">
        <w:rPr>
          <w:b/>
          <w:lang w:val="es-ES"/>
        </w:rPr>
        <w:t xml:space="preserve"> de socio (</w:t>
      </w:r>
      <w:proofErr w:type="gramStart"/>
      <w:r w:rsidR="00000000" w:rsidRPr="005C6038">
        <w:rPr>
          <w:b/>
          <w:lang w:val="es-ES"/>
        </w:rPr>
        <w:t>Carnet</w:t>
      </w:r>
      <w:proofErr w:type="gramEnd"/>
      <w:r w:rsidR="00000000" w:rsidRPr="005C6038">
        <w:rPr>
          <w:b/>
          <w:lang w:val="es-ES"/>
        </w:rPr>
        <w:t xml:space="preserve"> de Socio Total 2026 / 2027):</w:t>
      </w:r>
      <w:r w:rsidRPr="005C6038">
        <w:rPr>
          <w:bCs/>
          <w:lang w:val="es-ES"/>
        </w:rPr>
        <w:t xml:space="preserve"> ____</w:t>
      </w:r>
    </w:p>
    <w:p w14:paraId="7E05DE58" w14:textId="77777777" w:rsidR="005C6038" w:rsidRDefault="005C6038">
      <w:pPr>
        <w:spacing w:after="80"/>
        <w:rPr>
          <w:b/>
          <w:lang w:val="es-ES"/>
        </w:rPr>
      </w:pPr>
    </w:p>
    <w:p w14:paraId="15B7E47F" w14:textId="12EFDB14" w:rsidR="002E12B1" w:rsidRPr="005C6038" w:rsidRDefault="00000000">
      <w:pPr>
        <w:spacing w:after="80"/>
        <w:rPr>
          <w:lang w:val="es-ES"/>
        </w:rPr>
      </w:pPr>
      <w:r w:rsidRPr="005C6038">
        <w:rPr>
          <w:b/>
          <w:lang w:val="es-ES"/>
        </w:rPr>
        <w:t>Documentación que se adjunta:</w:t>
      </w:r>
    </w:p>
    <w:p w14:paraId="4AC58E0A" w14:textId="77777777" w:rsidR="002E12B1" w:rsidRDefault="00000000">
      <w:pPr>
        <w:spacing w:after="40"/>
        <w:ind w:left="283"/>
        <w:rPr>
          <w:lang w:val="es-ES"/>
        </w:rPr>
      </w:pPr>
      <w:r w:rsidRPr="005C6038">
        <w:rPr>
          <w:lang w:val="es-ES"/>
        </w:rPr>
        <w:t>☐ Escaneo o fotocopia del D.N.I. del socio candidato/a.</w:t>
      </w:r>
    </w:p>
    <w:p w14:paraId="1DA8E19E" w14:textId="77777777" w:rsidR="005C6038" w:rsidRDefault="005C6038">
      <w:pPr>
        <w:spacing w:after="40"/>
        <w:ind w:left="283"/>
        <w:rPr>
          <w:lang w:val="es-ES"/>
        </w:rPr>
      </w:pPr>
    </w:p>
    <w:p w14:paraId="3585DE99" w14:textId="77777777" w:rsidR="005C6038" w:rsidRDefault="005C6038">
      <w:pPr>
        <w:spacing w:after="40"/>
        <w:ind w:left="283"/>
        <w:rPr>
          <w:lang w:val="es-ES"/>
        </w:rPr>
      </w:pPr>
    </w:p>
    <w:p w14:paraId="429F25CE" w14:textId="77777777" w:rsidR="005C6038" w:rsidRDefault="005C6038">
      <w:pPr>
        <w:spacing w:after="40"/>
        <w:ind w:left="283"/>
        <w:rPr>
          <w:lang w:val="es-ES"/>
        </w:rPr>
      </w:pPr>
    </w:p>
    <w:p w14:paraId="5EE5ABCB" w14:textId="77777777" w:rsidR="005C6038" w:rsidRDefault="005C6038">
      <w:pPr>
        <w:spacing w:after="40"/>
        <w:ind w:left="283"/>
        <w:rPr>
          <w:lang w:val="es-ES"/>
        </w:rPr>
      </w:pPr>
    </w:p>
    <w:p w14:paraId="11A7E6BF" w14:textId="77777777" w:rsidR="005C6038" w:rsidRDefault="005C6038">
      <w:pPr>
        <w:spacing w:after="40"/>
        <w:ind w:left="283"/>
        <w:rPr>
          <w:lang w:val="es-ES"/>
        </w:rPr>
      </w:pPr>
    </w:p>
    <w:p w14:paraId="08AD7C90" w14:textId="77777777" w:rsidR="005C6038" w:rsidRDefault="005C6038">
      <w:pPr>
        <w:spacing w:after="40"/>
        <w:ind w:left="283"/>
        <w:rPr>
          <w:lang w:val="es-ES"/>
        </w:rPr>
      </w:pPr>
    </w:p>
    <w:p w14:paraId="75334654" w14:textId="77777777" w:rsidR="005C6038" w:rsidRDefault="005C6038">
      <w:pPr>
        <w:spacing w:after="40"/>
        <w:ind w:left="283"/>
        <w:rPr>
          <w:lang w:val="es-ES"/>
        </w:rPr>
      </w:pPr>
    </w:p>
    <w:p w14:paraId="58DEB892" w14:textId="77777777" w:rsidR="005C6038" w:rsidRDefault="005C6038">
      <w:pPr>
        <w:spacing w:after="40"/>
        <w:ind w:left="283"/>
        <w:rPr>
          <w:lang w:val="es-ES"/>
        </w:rPr>
      </w:pPr>
    </w:p>
    <w:p w14:paraId="1CAE2170" w14:textId="77777777" w:rsidR="005C6038" w:rsidRDefault="005C6038">
      <w:pPr>
        <w:spacing w:after="40"/>
        <w:ind w:left="283"/>
        <w:rPr>
          <w:lang w:val="es-ES"/>
        </w:rPr>
      </w:pPr>
    </w:p>
    <w:p w14:paraId="079C4E0E" w14:textId="77777777" w:rsidR="005C6038" w:rsidRDefault="005C6038">
      <w:pPr>
        <w:spacing w:after="40"/>
        <w:ind w:left="283"/>
        <w:rPr>
          <w:lang w:val="es-ES"/>
        </w:rPr>
      </w:pPr>
    </w:p>
    <w:p w14:paraId="31C0CF81" w14:textId="77777777" w:rsidR="005C6038" w:rsidRPr="005C6038" w:rsidRDefault="005C6038">
      <w:pPr>
        <w:spacing w:after="40"/>
        <w:ind w:left="283"/>
        <w:rPr>
          <w:lang w:val="es-ES"/>
        </w:rPr>
      </w:pPr>
    </w:p>
    <w:p w14:paraId="17E6EE6D" w14:textId="77777777" w:rsidR="002E12B1" w:rsidRDefault="00000000">
      <w:pPr>
        <w:spacing w:after="40"/>
        <w:ind w:left="283"/>
        <w:rPr>
          <w:lang w:val="es-ES"/>
        </w:rPr>
      </w:pPr>
      <w:r w:rsidRPr="005C6038">
        <w:rPr>
          <w:lang w:val="es-ES"/>
        </w:rPr>
        <w:t xml:space="preserve">☐ Escaneo o fotocopia del </w:t>
      </w:r>
      <w:proofErr w:type="gramStart"/>
      <w:r w:rsidRPr="005C6038">
        <w:rPr>
          <w:lang w:val="es-ES"/>
        </w:rPr>
        <w:t>Carnet</w:t>
      </w:r>
      <w:proofErr w:type="gramEnd"/>
      <w:r w:rsidRPr="005C6038">
        <w:rPr>
          <w:lang w:val="es-ES"/>
        </w:rPr>
        <w:t xml:space="preserve"> de Socio Total 2026 / 2027 del socio candidato/a.</w:t>
      </w:r>
    </w:p>
    <w:p w14:paraId="162FD015" w14:textId="77777777" w:rsidR="005C6038" w:rsidRDefault="005C6038">
      <w:pPr>
        <w:spacing w:after="40"/>
        <w:ind w:left="283"/>
        <w:rPr>
          <w:lang w:val="es-ES"/>
        </w:rPr>
      </w:pPr>
    </w:p>
    <w:p w14:paraId="35DD578C" w14:textId="77777777" w:rsidR="005C6038" w:rsidRDefault="005C6038">
      <w:pPr>
        <w:spacing w:after="40"/>
        <w:ind w:left="283"/>
        <w:rPr>
          <w:lang w:val="es-ES"/>
        </w:rPr>
      </w:pPr>
    </w:p>
    <w:p w14:paraId="150B6473" w14:textId="77777777" w:rsidR="005C6038" w:rsidRDefault="005C6038">
      <w:pPr>
        <w:spacing w:after="40"/>
        <w:ind w:left="283"/>
        <w:rPr>
          <w:lang w:val="es-ES"/>
        </w:rPr>
      </w:pPr>
    </w:p>
    <w:p w14:paraId="411B3D97" w14:textId="77777777" w:rsidR="005C6038" w:rsidRDefault="005C6038">
      <w:pPr>
        <w:spacing w:after="40"/>
        <w:ind w:left="283"/>
        <w:rPr>
          <w:lang w:val="es-ES"/>
        </w:rPr>
      </w:pPr>
    </w:p>
    <w:p w14:paraId="77CC5E42" w14:textId="77777777" w:rsidR="005C6038" w:rsidRDefault="005C6038">
      <w:pPr>
        <w:spacing w:after="40"/>
        <w:ind w:left="283"/>
        <w:rPr>
          <w:lang w:val="es-ES"/>
        </w:rPr>
      </w:pPr>
    </w:p>
    <w:p w14:paraId="67A5E015" w14:textId="77777777" w:rsidR="005C6038" w:rsidRDefault="005C6038">
      <w:pPr>
        <w:spacing w:after="40"/>
        <w:ind w:left="283"/>
        <w:rPr>
          <w:lang w:val="es-ES"/>
        </w:rPr>
      </w:pPr>
    </w:p>
    <w:p w14:paraId="4CF7101F" w14:textId="77777777" w:rsidR="005C6038" w:rsidRDefault="005C6038">
      <w:pPr>
        <w:spacing w:after="40"/>
        <w:ind w:left="283"/>
        <w:rPr>
          <w:lang w:val="es-ES"/>
        </w:rPr>
      </w:pPr>
    </w:p>
    <w:p w14:paraId="4C623D84" w14:textId="77777777" w:rsidR="005C6038" w:rsidRDefault="005C6038">
      <w:pPr>
        <w:spacing w:after="40"/>
        <w:ind w:left="283"/>
        <w:rPr>
          <w:lang w:val="es-ES"/>
        </w:rPr>
      </w:pPr>
    </w:p>
    <w:p w14:paraId="51AC18B1" w14:textId="77777777" w:rsidR="005C6038" w:rsidRDefault="005C6038">
      <w:pPr>
        <w:spacing w:after="40"/>
        <w:ind w:left="283"/>
        <w:rPr>
          <w:lang w:val="es-ES"/>
        </w:rPr>
      </w:pPr>
    </w:p>
    <w:p w14:paraId="68CCD3D9" w14:textId="77777777" w:rsidR="005C6038" w:rsidRDefault="005C6038">
      <w:pPr>
        <w:spacing w:after="40"/>
        <w:ind w:left="283"/>
        <w:rPr>
          <w:lang w:val="es-ES"/>
        </w:rPr>
      </w:pPr>
    </w:p>
    <w:p w14:paraId="27E2FE7B" w14:textId="77777777" w:rsidR="005C6038" w:rsidRDefault="005C6038">
      <w:pPr>
        <w:spacing w:after="40"/>
        <w:ind w:left="283"/>
        <w:rPr>
          <w:lang w:val="es-ES"/>
        </w:rPr>
      </w:pPr>
    </w:p>
    <w:p w14:paraId="00471AE0" w14:textId="77777777" w:rsidR="005C6038" w:rsidRDefault="005C6038">
      <w:pPr>
        <w:spacing w:after="40"/>
        <w:ind w:left="283"/>
        <w:rPr>
          <w:lang w:val="es-ES"/>
        </w:rPr>
      </w:pPr>
    </w:p>
    <w:p w14:paraId="6B24E6FD" w14:textId="77777777" w:rsidR="005C6038" w:rsidRPr="005C6038" w:rsidRDefault="005C6038">
      <w:pPr>
        <w:spacing w:after="40"/>
        <w:ind w:left="283"/>
        <w:rPr>
          <w:lang w:val="es-ES"/>
        </w:rPr>
      </w:pPr>
    </w:p>
    <w:p w14:paraId="11558871" w14:textId="77777777" w:rsidR="002E12B1" w:rsidRPr="005C6038" w:rsidRDefault="00000000">
      <w:pPr>
        <w:rPr>
          <w:lang w:val="es-ES"/>
        </w:rPr>
      </w:pPr>
      <w:r w:rsidRPr="005C6038">
        <w:rPr>
          <w:b/>
          <w:sz w:val="22"/>
          <w:lang w:val="es-ES"/>
        </w:rPr>
        <w:lastRenderedPageBreak/>
        <w:t>2. PRESENTACIÓN DE LA CANDIDATURA</w:t>
      </w:r>
    </w:p>
    <w:p w14:paraId="19601D69" w14:textId="72F815BB" w:rsidR="002E12B1" w:rsidRPr="005C6038" w:rsidRDefault="00000000">
      <w:pPr>
        <w:jc w:val="both"/>
        <w:rPr>
          <w:lang w:val="es-ES"/>
        </w:rPr>
      </w:pPr>
      <w:r w:rsidRPr="005C6038">
        <w:rPr>
          <w:lang w:val="es-ES"/>
        </w:rPr>
        <w:t xml:space="preserve">El/la socio/a arriba identificado/a presenta su candidatura a la Presidencia de la Sociedad Deportiva Lenense </w:t>
      </w:r>
      <w:proofErr w:type="spellStart"/>
      <w:r w:rsidRPr="005C6038">
        <w:rPr>
          <w:lang w:val="es-ES"/>
        </w:rPr>
        <w:t>Proinastur</w:t>
      </w:r>
      <w:proofErr w:type="spellEnd"/>
      <w:r w:rsidRPr="005C6038">
        <w:rPr>
          <w:lang w:val="es-ES"/>
        </w:rPr>
        <w:t xml:space="preserve"> y acompaña a este escrito la documentación identificativa indicada, así como un </w:t>
      </w:r>
      <w:r w:rsidR="005C6038">
        <w:rPr>
          <w:lang w:val="es-ES"/>
        </w:rPr>
        <w:t>total de ________</w:t>
      </w:r>
      <w:r w:rsidRPr="005C6038">
        <w:rPr>
          <w:lang w:val="es-ES"/>
        </w:rPr>
        <w:t xml:space="preserve"> (</w:t>
      </w:r>
      <w:r w:rsidR="005C6038">
        <w:rPr>
          <w:lang w:val="es-ES"/>
        </w:rPr>
        <w:t>__</w:t>
      </w:r>
      <w:r w:rsidRPr="005C6038">
        <w:rPr>
          <w:lang w:val="es-ES"/>
        </w:rPr>
        <w:t>) avales de socios.</w:t>
      </w:r>
    </w:p>
    <w:p w14:paraId="5E3971C3" w14:textId="77777777" w:rsidR="005C6038" w:rsidRDefault="005C6038">
      <w:pPr>
        <w:rPr>
          <w:lang w:val="es-ES"/>
        </w:rPr>
      </w:pPr>
    </w:p>
    <w:p w14:paraId="350BB851" w14:textId="570B0E89" w:rsidR="002E12B1" w:rsidRDefault="00000000">
      <w:pPr>
        <w:rPr>
          <w:lang w:val="es-ES"/>
        </w:rPr>
      </w:pPr>
      <w:r w:rsidRPr="005C6038">
        <w:rPr>
          <w:b/>
          <w:lang w:val="es-ES"/>
        </w:rPr>
        <w:t xml:space="preserve">Lugar y fecha: </w:t>
      </w:r>
      <w:r w:rsidRPr="005C6038">
        <w:rPr>
          <w:lang w:val="es-ES"/>
        </w:rPr>
        <w:t>__________________________________________</w:t>
      </w:r>
    </w:p>
    <w:p w14:paraId="08DD1A6E" w14:textId="77777777" w:rsidR="005C6038" w:rsidRDefault="005C6038">
      <w:pPr>
        <w:rPr>
          <w:lang w:val="es-ES"/>
        </w:rPr>
      </w:pPr>
    </w:p>
    <w:p w14:paraId="60E79E15" w14:textId="77777777" w:rsidR="005C6038" w:rsidRPr="005C6038" w:rsidRDefault="005C6038">
      <w:pPr>
        <w:rPr>
          <w:lang w:val="es-ES"/>
        </w:rPr>
      </w:pPr>
    </w:p>
    <w:p w14:paraId="1DAADB56" w14:textId="77777777" w:rsidR="002E12B1" w:rsidRDefault="00000000">
      <w:pPr>
        <w:spacing w:after="520"/>
        <w:rPr>
          <w:b/>
          <w:lang w:val="es-ES"/>
        </w:rPr>
      </w:pPr>
      <w:r w:rsidRPr="005C6038">
        <w:rPr>
          <w:b/>
          <w:lang w:val="es-ES"/>
        </w:rPr>
        <w:t>Firma del socio candidato/a:</w:t>
      </w:r>
    </w:p>
    <w:p w14:paraId="4A96983E" w14:textId="77777777" w:rsidR="005C6038" w:rsidRDefault="005C6038">
      <w:pPr>
        <w:spacing w:after="520"/>
        <w:rPr>
          <w:b/>
          <w:lang w:val="es-ES"/>
        </w:rPr>
      </w:pPr>
    </w:p>
    <w:p w14:paraId="6449128E" w14:textId="77777777" w:rsidR="005C6038" w:rsidRPr="005C6038" w:rsidRDefault="005C6038">
      <w:pPr>
        <w:spacing w:after="520"/>
        <w:rPr>
          <w:lang w:val="es-ES"/>
        </w:rPr>
      </w:pPr>
    </w:p>
    <w:p w14:paraId="3EAD38E6" w14:textId="01D168CE" w:rsidR="002E12B1" w:rsidRPr="005C6038" w:rsidRDefault="005C6038">
      <w:pPr>
        <w:rPr>
          <w:lang w:val="es-ES"/>
        </w:rPr>
      </w:pPr>
      <w:r w:rsidRPr="005C6038">
        <w:rPr>
          <w:b/>
          <w:bCs/>
          <w:lang w:val="es-ES"/>
        </w:rPr>
        <w:t>Nombre:</w:t>
      </w:r>
      <w:r>
        <w:rPr>
          <w:lang w:val="es-ES"/>
        </w:rPr>
        <w:t xml:space="preserve"> </w:t>
      </w:r>
      <w:r w:rsidR="00000000" w:rsidRPr="005C6038">
        <w:rPr>
          <w:lang w:val="es-ES"/>
        </w:rPr>
        <w:t>_________________________________________</w:t>
      </w:r>
      <w:r>
        <w:rPr>
          <w:lang w:val="es-ES"/>
        </w:rPr>
        <w:t>_____</w:t>
      </w:r>
      <w:r w:rsidR="00000000" w:rsidRPr="005C6038">
        <w:rPr>
          <w:lang w:val="es-ES"/>
        </w:rPr>
        <w:t>_</w:t>
      </w:r>
    </w:p>
    <w:p w14:paraId="166CB469" w14:textId="77777777" w:rsidR="002E12B1" w:rsidRPr="005C6038" w:rsidRDefault="00000000">
      <w:pPr>
        <w:rPr>
          <w:lang w:val="es-ES"/>
        </w:rPr>
      </w:pPr>
      <w:r w:rsidRPr="005C6038">
        <w:rPr>
          <w:lang w:val="es-ES"/>
        </w:rPr>
        <w:br w:type="page"/>
      </w:r>
    </w:p>
    <w:p w14:paraId="6351E65A" w14:textId="77777777" w:rsidR="002E12B1" w:rsidRPr="005C6038" w:rsidRDefault="00000000">
      <w:pPr>
        <w:jc w:val="center"/>
        <w:rPr>
          <w:lang w:val="es-ES"/>
        </w:rPr>
      </w:pPr>
      <w:r w:rsidRPr="005C6038">
        <w:rPr>
          <w:b/>
          <w:sz w:val="24"/>
          <w:lang w:val="es-ES"/>
        </w:rPr>
        <w:lastRenderedPageBreak/>
        <w:t>RELACIÓN DE AVALES A LA CANDIDATURA</w:t>
      </w:r>
    </w:p>
    <w:p w14:paraId="57FEEC1A" w14:textId="77777777" w:rsidR="002E12B1" w:rsidRPr="005C6038" w:rsidRDefault="00000000">
      <w:pPr>
        <w:rPr>
          <w:lang w:val="es-ES"/>
        </w:rPr>
      </w:pPr>
      <w:r w:rsidRPr="005C6038">
        <w:rPr>
          <w:b/>
          <w:lang w:val="es-ES"/>
        </w:rPr>
        <w:t xml:space="preserve">Candidato/a: </w:t>
      </w:r>
      <w:r w:rsidRPr="005C6038">
        <w:rPr>
          <w:lang w:val="es-ES"/>
        </w:rPr>
        <w:t>____________________________________________________________</w:t>
      </w:r>
    </w:p>
    <w:p w14:paraId="21879A67" w14:textId="77777777" w:rsidR="005C6038" w:rsidRPr="005C6038" w:rsidRDefault="005C6038">
      <w:pPr>
        <w:jc w:val="both"/>
        <w:rPr>
          <w:lang w:val="es-ES"/>
        </w:rPr>
      </w:pPr>
    </w:p>
    <w:tbl>
      <w:tblPr>
        <w:tblStyle w:val="Tablaconcuadrcula"/>
        <w:tblW w:w="10298" w:type="dxa"/>
        <w:jc w:val="center"/>
        <w:tblLook w:val="04A0" w:firstRow="1" w:lastRow="0" w:firstColumn="1" w:lastColumn="0" w:noHBand="0" w:noVBand="1"/>
      </w:tblPr>
      <w:tblGrid>
        <w:gridCol w:w="723"/>
        <w:gridCol w:w="3627"/>
        <w:gridCol w:w="1770"/>
        <w:gridCol w:w="2041"/>
        <w:gridCol w:w="2137"/>
      </w:tblGrid>
      <w:tr w:rsidR="002E12B1" w14:paraId="0D0E6CE2" w14:textId="77777777" w:rsidTr="005C6038">
        <w:trPr>
          <w:trHeight w:val="531"/>
          <w:jc w:val="center"/>
        </w:trPr>
        <w:tc>
          <w:tcPr>
            <w:tcW w:w="723" w:type="dxa"/>
            <w:vAlign w:val="center"/>
          </w:tcPr>
          <w:p w14:paraId="4CADE866" w14:textId="43967D8A" w:rsidR="002E12B1" w:rsidRDefault="00000000">
            <w:pPr>
              <w:jc w:val="center"/>
            </w:pPr>
            <w:r>
              <w:rPr>
                <w:b/>
                <w:sz w:val="17"/>
              </w:rPr>
              <w:t>Nº</w:t>
            </w:r>
            <w:r w:rsidR="005C6038">
              <w:rPr>
                <w:b/>
                <w:sz w:val="17"/>
              </w:rPr>
              <w:t xml:space="preserve"> Aval</w:t>
            </w:r>
          </w:p>
        </w:tc>
        <w:tc>
          <w:tcPr>
            <w:tcW w:w="3627" w:type="dxa"/>
            <w:vAlign w:val="center"/>
          </w:tcPr>
          <w:p w14:paraId="46B95EC1" w14:textId="77777777" w:rsidR="002E12B1" w:rsidRPr="005C6038" w:rsidRDefault="00000000">
            <w:pPr>
              <w:jc w:val="center"/>
              <w:rPr>
                <w:lang w:val="es-ES"/>
              </w:rPr>
            </w:pPr>
            <w:r w:rsidRPr="005C6038">
              <w:rPr>
                <w:b/>
                <w:sz w:val="17"/>
                <w:lang w:val="es-ES"/>
              </w:rPr>
              <w:t>Nombre completo del socio avalista</w:t>
            </w:r>
          </w:p>
        </w:tc>
        <w:tc>
          <w:tcPr>
            <w:tcW w:w="1770" w:type="dxa"/>
            <w:vAlign w:val="center"/>
          </w:tcPr>
          <w:p w14:paraId="5074F9D0" w14:textId="08BB7963" w:rsidR="002E12B1" w:rsidRPr="005C6038" w:rsidRDefault="005C6038">
            <w:pPr>
              <w:jc w:val="center"/>
              <w:rPr>
                <w:lang w:val="es-ES"/>
              </w:rPr>
            </w:pPr>
            <w:proofErr w:type="spellStart"/>
            <w:r w:rsidRPr="005C6038">
              <w:rPr>
                <w:b/>
                <w:sz w:val="17"/>
                <w:lang w:val="es-ES"/>
              </w:rPr>
              <w:t>Nº</w:t>
            </w:r>
            <w:proofErr w:type="spellEnd"/>
            <w:r w:rsidRPr="005C6038">
              <w:rPr>
                <w:b/>
                <w:sz w:val="17"/>
                <w:lang w:val="es-ES"/>
              </w:rPr>
              <w:t xml:space="preserve"> </w:t>
            </w:r>
            <w:r w:rsidR="00000000" w:rsidRPr="005C6038">
              <w:rPr>
                <w:b/>
                <w:sz w:val="17"/>
                <w:lang w:val="es-ES"/>
              </w:rPr>
              <w:t>D.N.I. adjunto</w:t>
            </w:r>
          </w:p>
        </w:tc>
        <w:tc>
          <w:tcPr>
            <w:tcW w:w="2041" w:type="dxa"/>
            <w:vAlign w:val="center"/>
          </w:tcPr>
          <w:p w14:paraId="32A08963" w14:textId="76E77312" w:rsidR="002E12B1" w:rsidRPr="005C6038" w:rsidRDefault="005C6038">
            <w:pPr>
              <w:jc w:val="center"/>
              <w:rPr>
                <w:b/>
                <w:bCs/>
                <w:sz w:val="17"/>
                <w:szCs w:val="17"/>
              </w:rPr>
            </w:pPr>
            <w:r w:rsidRPr="005C6038">
              <w:rPr>
                <w:b/>
                <w:bCs/>
                <w:sz w:val="17"/>
                <w:szCs w:val="17"/>
              </w:rPr>
              <w:t>Nº socio TOTAL</w:t>
            </w:r>
          </w:p>
        </w:tc>
        <w:tc>
          <w:tcPr>
            <w:tcW w:w="2137" w:type="dxa"/>
            <w:vAlign w:val="center"/>
          </w:tcPr>
          <w:p w14:paraId="53C37939" w14:textId="77777777" w:rsidR="002E12B1" w:rsidRDefault="00000000">
            <w:pPr>
              <w:jc w:val="center"/>
            </w:pPr>
            <w:r>
              <w:rPr>
                <w:b/>
                <w:sz w:val="17"/>
              </w:rPr>
              <w:t>Firma</w:t>
            </w:r>
          </w:p>
        </w:tc>
      </w:tr>
      <w:tr w:rsidR="002E12B1" w14:paraId="3EF33EB6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7D73C029" w14:textId="77777777" w:rsidR="002E12B1" w:rsidRDefault="00000000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627" w:type="dxa"/>
            <w:vAlign w:val="center"/>
          </w:tcPr>
          <w:p w14:paraId="5C9FEF96" w14:textId="77777777" w:rsidR="002E12B1" w:rsidRDefault="002E12B1"/>
        </w:tc>
        <w:tc>
          <w:tcPr>
            <w:tcW w:w="1770" w:type="dxa"/>
            <w:vAlign w:val="center"/>
          </w:tcPr>
          <w:p w14:paraId="7EB72FB8" w14:textId="2CA14DB8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4AEAB11" w14:textId="27F2E754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4BE58384" w14:textId="77777777" w:rsidR="002E12B1" w:rsidRDefault="002E12B1">
            <w:pPr>
              <w:jc w:val="center"/>
            </w:pPr>
          </w:p>
        </w:tc>
      </w:tr>
      <w:tr w:rsidR="002E12B1" w14:paraId="309C9017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14B9AB34" w14:textId="77777777" w:rsidR="002E12B1" w:rsidRDefault="00000000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627" w:type="dxa"/>
            <w:vAlign w:val="center"/>
          </w:tcPr>
          <w:p w14:paraId="31E9B0A0" w14:textId="77777777" w:rsidR="002E12B1" w:rsidRDefault="002E12B1"/>
        </w:tc>
        <w:tc>
          <w:tcPr>
            <w:tcW w:w="1770" w:type="dxa"/>
            <w:vAlign w:val="center"/>
          </w:tcPr>
          <w:p w14:paraId="6D29AF95" w14:textId="0ACD2E3A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7341CF93" w14:textId="432F5B45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3EC542B3" w14:textId="77777777" w:rsidR="002E12B1" w:rsidRDefault="002E12B1">
            <w:pPr>
              <w:jc w:val="center"/>
            </w:pPr>
          </w:p>
        </w:tc>
      </w:tr>
      <w:tr w:rsidR="002E12B1" w14:paraId="429E0330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01508BA4" w14:textId="77777777" w:rsidR="002E12B1" w:rsidRDefault="00000000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627" w:type="dxa"/>
            <w:vAlign w:val="center"/>
          </w:tcPr>
          <w:p w14:paraId="0A09B86C" w14:textId="77777777" w:rsidR="002E12B1" w:rsidRDefault="002E12B1"/>
        </w:tc>
        <w:tc>
          <w:tcPr>
            <w:tcW w:w="1770" w:type="dxa"/>
            <w:vAlign w:val="center"/>
          </w:tcPr>
          <w:p w14:paraId="31F4B04C" w14:textId="665863D5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131C2745" w14:textId="7C731778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3A1B411F" w14:textId="77777777" w:rsidR="002E12B1" w:rsidRDefault="002E12B1">
            <w:pPr>
              <w:jc w:val="center"/>
            </w:pPr>
          </w:p>
        </w:tc>
      </w:tr>
      <w:tr w:rsidR="002E12B1" w14:paraId="3D5A74E2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42ED1E28" w14:textId="77777777" w:rsidR="002E12B1" w:rsidRDefault="00000000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627" w:type="dxa"/>
            <w:vAlign w:val="center"/>
          </w:tcPr>
          <w:p w14:paraId="1DAAB695" w14:textId="77777777" w:rsidR="002E12B1" w:rsidRDefault="002E12B1"/>
        </w:tc>
        <w:tc>
          <w:tcPr>
            <w:tcW w:w="1770" w:type="dxa"/>
            <w:vAlign w:val="center"/>
          </w:tcPr>
          <w:p w14:paraId="392B21A2" w14:textId="1B5827E5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6B623D6" w14:textId="67FACB5A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5489965E" w14:textId="77777777" w:rsidR="002E12B1" w:rsidRDefault="002E12B1">
            <w:pPr>
              <w:jc w:val="center"/>
            </w:pPr>
          </w:p>
        </w:tc>
      </w:tr>
      <w:tr w:rsidR="002E12B1" w14:paraId="1EEB6451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5242C8AF" w14:textId="77777777" w:rsidR="002E12B1" w:rsidRDefault="00000000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627" w:type="dxa"/>
            <w:vAlign w:val="center"/>
          </w:tcPr>
          <w:p w14:paraId="6719BF75" w14:textId="77777777" w:rsidR="002E12B1" w:rsidRDefault="002E12B1"/>
        </w:tc>
        <w:tc>
          <w:tcPr>
            <w:tcW w:w="1770" w:type="dxa"/>
            <w:vAlign w:val="center"/>
          </w:tcPr>
          <w:p w14:paraId="61D2DC32" w14:textId="1D7DF1A8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71564B32" w14:textId="1FFF3AC2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168F9F9F" w14:textId="77777777" w:rsidR="002E12B1" w:rsidRDefault="002E12B1">
            <w:pPr>
              <w:jc w:val="center"/>
            </w:pPr>
          </w:p>
        </w:tc>
      </w:tr>
      <w:tr w:rsidR="002E12B1" w14:paraId="5B050DF4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47742AD4" w14:textId="77777777" w:rsidR="002E12B1" w:rsidRDefault="00000000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627" w:type="dxa"/>
            <w:vAlign w:val="center"/>
          </w:tcPr>
          <w:p w14:paraId="4E9BD1B8" w14:textId="77777777" w:rsidR="002E12B1" w:rsidRDefault="002E12B1"/>
        </w:tc>
        <w:tc>
          <w:tcPr>
            <w:tcW w:w="1770" w:type="dxa"/>
            <w:vAlign w:val="center"/>
          </w:tcPr>
          <w:p w14:paraId="4AC95D5B" w14:textId="09761FF4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A0F39E9" w14:textId="03AC70F5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252D6EEC" w14:textId="77777777" w:rsidR="002E12B1" w:rsidRDefault="002E12B1">
            <w:pPr>
              <w:jc w:val="center"/>
            </w:pPr>
          </w:p>
        </w:tc>
      </w:tr>
      <w:tr w:rsidR="002E12B1" w14:paraId="34D27AA0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6BF528A6" w14:textId="77777777" w:rsidR="002E12B1" w:rsidRDefault="00000000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627" w:type="dxa"/>
            <w:vAlign w:val="center"/>
          </w:tcPr>
          <w:p w14:paraId="37254E6F" w14:textId="77777777" w:rsidR="002E12B1" w:rsidRDefault="002E12B1"/>
        </w:tc>
        <w:tc>
          <w:tcPr>
            <w:tcW w:w="1770" w:type="dxa"/>
            <w:vAlign w:val="center"/>
          </w:tcPr>
          <w:p w14:paraId="2D3EC1FB" w14:textId="0FF55878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BA482DD" w14:textId="13B488EB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513D3977" w14:textId="77777777" w:rsidR="002E12B1" w:rsidRDefault="002E12B1">
            <w:pPr>
              <w:jc w:val="center"/>
            </w:pPr>
          </w:p>
        </w:tc>
      </w:tr>
      <w:tr w:rsidR="002E12B1" w14:paraId="526D5C92" w14:textId="77777777" w:rsidTr="005C6038">
        <w:trPr>
          <w:trHeight w:val="885"/>
          <w:jc w:val="center"/>
        </w:trPr>
        <w:tc>
          <w:tcPr>
            <w:tcW w:w="723" w:type="dxa"/>
            <w:vAlign w:val="center"/>
          </w:tcPr>
          <w:p w14:paraId="09B7114A" w14:textId="77777777" w:rsidR="002E12B1" w:rsidRDefault="00000000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627" w:type="dxa"/>
            <w:vAlign w:val="center"/>
          </w:tcPr>
          <w:p w14:paraId="4F1EEA18" w14:textId="77777777" w:rsidR="002E12B1" w:rsidRDefault="002E12B1"/>
        </w:tc>
        <w:tc>
          <w:tcPr>
            <w:tcW w:w="1770" w:type="dxa"/>
            <w:vAlign w:val="center"/>
          </w:tcPr>
          <w:p w14:paraId="70078CFB" w14:textId="5724D40D" w:rsidR="002E12B1" w:rsidRDefault="002E12B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CB87975" w14:textId="524FB6CE" w:rsidR="002E12B1" w:rsidRDefault="002E12B1">
            <w:pPr>
              <w:jc w:val="center"/>
            </w:pPr>
          </w:p>
        </w:tc>
        <w:tc>
          <w:tcPr>
            <w:tcW w:w="2137" w:type="dxa"/>
            <w:vAlign w:val="center"/>
          </w:tcPr>
          <w:p w14:paraId="7C187C81" w14:textId="77777777" w:rsidR="002E12B1" w:rsidRDefault="002E12B1">
            <w:pPr>
              <w:jc w:val="center"/>
            </w:pPr>
          </w:p>
        </w:tc>
      </w:tr>
    </w:tbl>
    <w:p w14:paraId="488522AF" w14:textId="77777777" w:rsidR="002E12B1" w:rsidRDefault="002E12B1"/>
    <w:p w14:paraId="3DEFDE43" w14:textId="77777777" w:rsidR="005C6038" w:rsidRDefault="005C6038"/>
    <w:p w14:paraId="31AEA170" w14:textId="77777777" w:rsidR="005C6038" w:rsidRDefault="005C6038"/>
    <w:p w14:paraId="6615F04E" w14:textId="77777777" w:rsidR="005C6038" w:rsidRDefault="005C6038"/>
    <w:p w14:paraId="01395E25" w14:textId="77777777" w:rsidR="005C6038" w:rsidRDefault="005C6038"/>
    <w:p w14:paraId="171C6C91" w14:textId="77777777" w:rsidR="005C6038" w:rsidRDefault="005C6038"/>
    <w:p w14:paraId="48FC7002" w14:textId="77777777" w:rsidR="005C6038" w:rsidRDefault="005C6038"/>
    <w:p w14:paraId="1D7A40FB" w14:textId="77777777" w:rsidR="005C6038" w:rsidRDefault="005C6038"/>
    <w:p w14:paraId="1F0FE0F3" w14:textId="77777777" w:rsidR="005C6038" w:rsidRDefault="005C6038"/>
    <w:p w14:paraId="062B387E" w14:textId="77777777" w:rsidR="005C6038" w:rsidRDefault="005C6038"/>
    <w:p w14:paraId="36905EA7" w14:textId="77777777" w:rsidR="002E12B1" w:rsidRDefault="00000000">
      <w:pPr>
        <w:rPr>
          <w:b/>
        </w:rPr>
      </w:pPr>
      <w:r>
        <w:rPr>
          <w:b/>
        </w:rPr>
        <w:lastRenderedPageBreak/>
        <w:t>AVALISTAS ADICIONALES (si procede)</w:t>
      </w:r>
    </w:p>
    <w:p w14:paraId="0DBA6488" w14:textId="77777777" w:rsidR="005C6038" w:rsidRDefault="005C6038">
      <w:pPr>
        <w:rPr>
          <w:b/>
        </w:rPr>
      </w:pPr>
    </w:p>
    <w:tbl>
      <w:tblPr>
        <w:tblStyle w:val="Tablaconcuadrcula"/>
        <w:tblW w:w="10298" w:type="dxa"/>
        <w:jc w:val="center"/>
        <w:tblLook w:val="04A0" w:firstRow="1" w:lastRow="0" w:firstColumn="1" w:lastColumn="0" w:noHBand="0" w:noVBand="1"/>
      </w:tblPr>
      <w:tblGrid>
        <w:gridCol w:w="723"/>
        <w:gridCol w:w="3627"/>
        <w:gridCol w:w="1770"/>
        <w:gridCol w:w="2041"/>
        <w:gridCol w:w="2137"/>
      </w:tblGrid>
      <w:tr w:rsidR="005C6038" w14:paraId="53F5092F" w14:textId="77777777" w:rsidTr="00031ACF">
        <w:trPr>
          <w:trHeight w:val="531"/>
          <w:jc w:val="center"/>
        </w:trPr>
        <w:tc>
          <w:tcPr>
            <w:tcW w:w="723" w:type="dxa"/>
            <w:vAlign w:val="center"/>
          </w:tcPr>
          <w:p w14:paraId="7F8586CF" w14:textId="77777777" w:rsidR="005C6038" w:rsidRDefault="005C6038" w:rsidP="00031ACF">
            <w:pPr>
              <w:jc w:val="center"/>
            </w:pPr>
            <w:r>
              <w:rPr>
                <w:b/>
                <w:sz w:val="17"/>
              </w:rPr>
              <w:t>Nº Aval</w:t>
            </w:r>
          </w:p>
        </w:tc>
        <w:tc>
          <w:tcPr>
            <w:tcW w:w="3627" w:type="dxa"/>
            <w:vAlign w:val="center"/>
          </w:tcPr>
          <w:p w14:paraId="4091B50D" w14:textId="77777777" w:rsidR="005C6038" w:rsidRPr="005C6038" w:rsidRDefault="005C6038" w:rsidP="00031ACF">
            <w:pPr>
              <w:jc w:val="center"/>
              <w:rPr>
                <w:lang w:val="es-ES"/>
              </w:rPr>
            </w:pPr>
            <w:r w:rsidRPr="005C6038">
              <w:rPr>
                <w:b/>
                <w:sz w:val="17"/>
                <w:lang w:val="es-ES"/>
              </w:rPr>
              <w:t>Nombre completo del socio avalista</w:t>
            </w:r>
          </w:p>
        </w:tc>
        <w:tc>
          <w:tcPr>
            <w:tcW w:w="1770" w:type="dxa"/>
            <w:vAlign w:val="center"/>
          </w:tcPr>
          <w:p w14:paraId="30DB8552" w14:textId="77777777" w:rsidR="005C6038" w:rsidRPr="005C6038" w:rsidRDefault="005C6038" w:rsidP="00031ACF">
            <w:pPr>
              <w:jc w:val="center"/>
              <w:rPr>
                <w:lang w:val="es-ES"/>
              </w:rPr>
            </w:pPr>
            <w:proofErr w:type="spellStart"/>
            <w:r w:rsidRPr="005C6038">
              <w:rPr>
                <w:b/>
                <w:sz w:val="17"/>
                <w:lang w:val="es-ES"/>
              </w:rPr>
              <w:t>Nº</w:t>
            </w:r>
            <w:proofErr w:type="spellEnd"/>
            <w:r w:rsidRPr="005C6038">
              <w:rPr>
                <w:b/>
                <w:sz w:val="17"/>
                <w:lang w:val="es-ES"/>
              </w:rPr>
              <w:t xml:space="preserve"> D.N.I. adjunto</w:t>
            </w:r>
          </w:p>
        </w:tc>
        <w:tc>
          <w:tcPr>
            <w:tcW w:w="2041" w:type="dxa"/>
            <w:vAlign w:val="center"/>
          </w:tcPr>
          <w:p w14:paraId="70966D35" w14:textId="77777777" w:rsidR="005C6038" w:rsidRPr="005C6038" w:rsidRDefault="005C6038" w:rsidP="00031ACF">
            <w:pPr>
              <w:jc w:val="center"/>
              <w:rPr>
                <w:b/>
                <w:bCs/>
                <w:sz w:val="17"/>
                <w:szCs w:val="17"/>
              </w:rPr>
            </w:pPr>
            <w:r w:rsidRPr="005C6038">
              <w:rPr>
                <w:b/>
                <w:bCs/>
                <w:sz w:val="17"/>
                <w:szCs w:val="17"/>
              </w:rPr>
              <w:t>Nº socio TOTAL</w:t>
            </w:r>
          </w:p>
        </w:tc>
        <w:tc>
          <w:tcPr>
            <w:tcW w:w="2137" w:type="dxa"/>
            <w:vAlign w:val="center"/>
          </w:tcPr>
          <w:p w14:paraId="55E882F6" w14:textId="77777777" w:rsidR="005C6038" w:rsidRDefault="005C6038" w:rsidP="00031ACF">
            <w:pPr>
              <w:jc w:val="center"/>
            </w:pPr>
            <w:proofErr w:type="spellStart"/>
            <w:r>
              <w:rPr>
                <w:b/>
                <w:sz w:val="17"/>
              </w:rPr>
              <w:t>Firma</w:t>
            </w:r>
            <w:proofErr w:type="spellEnd"/>
          </w:p>
        </w:tc>
      </w:tr>
      <w:tr w:rsidR="005C6038" w14:paraId="3AC591F1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7A6E268A" w14:textId="5DFB7BE9" w:rsidR="005C6038" w:rsidRDefault="005C6038" w:rsidP="00031ACF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627" w:type="dxa"/>
            <w:vAlign w:val="center"/>
          </w:tcPr>
          <w:p w14:paraId="6EC96D7F" w14:textId="77777777" w:rsidR="005C6038" w:rsidRDefault="005C6038" w:rsidP="00031ACF"/>
        </w:tc>
        <w:tc>
          <w:tcPr>
            <w:tcW w:w="1770" w:type="dxa"/>
            <w:vAlign w:val="center"/>
          </w:tcPr>
          <w:p w14:paraId="407A9A99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3A89A3FE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4D651AE5" w14:textId="77777777" w:rsidR="005C6038" w:rsidRDefault="005C6038" w:rsidP="00031ACF">
            <w:pPr>
              <w:jc w:val="center"/>
            </w:pPr>
          </w:p>
        </w:tc>
      </w:tr>
      <w:tr w:rsidR="005C6038" w14:paraId="45DEC72B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487CA0B8" w14:textId="0DE0F167" w:rsidR="005C6038" w:rsidRDefault="005C6038" w:rsidP="00031ACF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627" w:type="dxa"/>
            <w:vAlign w:val="center"/>
          </w:tcPr>
          <w:p w14:paraId="702E8856" w14:textId="77777777" w:rsidR="005C6038" w:rsidRDefault="005C6038" w:rsidP="00031ACF"/>
        </w:tc>
        <w:tc>
          <w:tcPr>
            <w:tcW w:w="1770" w:type="dxa"/>
            <w:vAlign w:val="center"/>
          </w:tcPr>
          <w:p w14:paraId="44312EBF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DDB379F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4DF18742" w14:textId="77777777" w:rsidR="005C6038" w:rsidRDefault="005C6038" w:rsidP="00031ACF">
            <w:pPr>
              <w:jc w:val="center"/>
            </w:pPr>
          </w:p>
        </w:tc>
      </w:tr>
      <w:tr w:rsidR="005C6038" w14:paraId="4E8AF142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0E8B8E72" w14:textId="34BBE868" w:rsidR="005C6038" w:rsidRDefault="005C6038" w:rsidP="00031ACF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627" w:type="dxa"/>
            <w:vAlign w:val="center"/>
          </w:tcPr>
          <w:p w14:paraId="1AE46C61" w14:textId="77777777" w:rsidR="005C6038" w:rsidRDefault="005C6038" w:rsidP="00031ACF"/>
        </w:tc>
        <w:tc>
          <w:tcPr>
            <w:tcW w:w="1770" w:type="dxa"/>
            <w:vAlign w:val="center"/>
          </w:tcPr>
          <w:p w14:paraId="481E8B39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6CFD635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7E599A8C" w14:textId="77777777" w:rsidR="005C6038" w:rsidRDefault="005C6038" w:rsidP="00031ACF">
            <w:pPr>
              <w:jc w:val="center"/>
            </w:pPr>
          </w:p>
        </w:tc>
      </w:tr>
      <w:tr w:rsidR="005C6038" w14:paraId="56417A5D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43564951" w14:textId="24E8B556" w:rsidR="005C6038" w:rsidRDefault="005C6038" w:rsidP="00031ACF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3627" w:type="dxa"/>
            <w:vAlign w:val="center"/>
          </w:tcPr>
          <w:p w14:paraId="6047882F" w14:textId="77777777" w:rsidR="005C6038" w:rsidRDefault="005C6038" w:rsidP="00031ACF"/>
        </w:tc>
        <w:tc>
          <w:tcPr>
            <w:tcW w:w="1770" w:type="dxa"/>
            <w:vAlign w:val="center"/>
          </w:tcPr>
          <w:p w14:paraId="33405229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59CB5A0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27F0A6F3" w14:textId="77777777" w:rsidR="005C6038" w:rsidRDefault="005C6038" w:rsidP="00031ACF">
            <w:pPr>
              <w:jc w:val="center"/>
            </w:pPr>
          </w:p>
        </w:tc>
      </w:tr>
      <w:tr w:rsidR="005C6038" w14:paraId="47D6C7AD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29002391" w14:textId="0D6CB771" w:rsidR="005C6038" w:rsidRDefault="005C6038" w:rsidP="00031ACF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3627" w:type="dxa"/>
            <w:vAlign w:val="center"/>
          </w:tcPr>
          <w:p w14:paraId="05614D18" w14:textId="77777777" w:rsidR="005C6038" w:rsidRDefault="005C6038" w:rsidP="00031ACF"/>
        </w:tc>
        <w:tc>
          <w:tcPr>
            <w:tcW w:w="1770" w:type="dxa"/>
            <w:vAlign w:val="center"/>
          </w:tcPr>
          <w:p w14:paraId="00D735EA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B3BFB38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27216970" w14:textId="77777777" w:rsidR="005C6038" w:rsidRDefault="005C6038" w:rsidP="00031ACF">
            <w:pPr>
              <w:jc w:val="center"/>
            </w:pPr>
          </w:p>
        </w:tc>
      </w:tr>
      <w:tr w:rsidR="005C6038" w14:paraId="6536B4BC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15B71776" w14:textId="71F36935" w:rsidR="005C6038" w:rsidRDefault="005C6038" w:rsidP="00031AC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3627" w:type="dxa"/>
            <w:vAlign w:val="center"/>
          </w:tcPr>
          <w:p w14:paraId="2C0BB4A7" w14:textId="77777777" w:rsidR="005C6038" w:rsidRDefault="005C6038" w:rsidP="00031ACF"/>
        </w:tc>
        <w:tc>
          <w:tcPr>
            <w:tcW w:w="1770" w:type="dxa"/>
            <w:vAlign w:val="center"/>
          </w:tcPr>
          <w:p w14:paraId="581E39A4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1A9633A7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0F4856CD" w14:textId="77777777" w:rsidR="005C6038" w:rsidRDefault="005C6038" w:rsidP="00031ACF">
            <w:pPr>
              <w:jc w:val="center"/>
            </w:pPr>
          </w:p>
        </w:tc>
      </w:tr>
      <w:tr w:rsidR="005C6038" w14:paraId="2676777F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7EC08E53" w14:textId="4A110627" w:rsidR="005C6038" w:rsidRDefault="005C6038" w:rsidP="00031ACF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3627" w:type="dxa"/>
            <w:vAlign w:val="center"/>
          </w:tcPr>
          <w:p w14:paraId="3C20F3EC" w14:textId="77777777" w:rsidR="005C6038" w:rsidRDefault="005C6038" w:rsidP="00031ACF"/>
        </w:tc>
        <w:tc>
          <w:tcPr>
            <w:tcW w:w="1770" w:type="dxa"/>
            <w:vAlign w:val="center"/>
          </w:tcPr>
          <w:p w14:paraId="573A829E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7AB1D816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13BBCB64" w14:textId="77777777" w:rsidR="005C6038" w:rsidRDefault="005C6038" w:rsidP="00031ACF">
            <w:pPr>
              <w:jc w:val="center"/>
            </w:pPr>
          </w:p>
        </w:tc>
      </w:tr>
      <w:tr w:rsidR="005C6038" w14:paraId="25D84C48" w14:textId="77777777" w:rsidTr="00031ACF">
        <w:trPr>
          <w:trHeight w:val="885"/>
          <w:jc w:val="center"/>
        </w:trPr>
        <w:tc>
          <w:tcPr>
            <w:tcW w:w="723" w:type="dxa"/>
            <w:vAlign w:val="center"/>
          </w:tcPr>
          <w:p w14:paraId="29D31782" w14:textId="16B1DCCB" w:rsidR="005C6038" w:rsidRDefault="005C6038" w:rsidP="00031ACF">
            <w:pPr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3627" w:type="dxa"/>
            <w:vAlign w:val="center"/>
          </w:tcPr>
          <w:p w14:paraId="22399DEF" w14:textId="77777777" w:rsidR="005C6038" w:rsidRDefault="005C6038" w:rsidP="00031ACF"/>
        </w:tc>
        <w:tc>
          <w:tcPr>
            <w:tcW w:w="1770" w:type="dxa"/>
            <w:vAlign w:val="center"/>
          </w:tcPr>
          <w:p w14:paraId="176CAD26" w14:textId="77777777" w:rsidR="005C6038" w:rsidRDefault="005C6038" w:rsidP="00031ACF">
            <w:pPr>
              <w:jc w:val="center"/>
            </w:pPr>
          </w:p>
        </w:tc>
        <w:tc>
          <w:tcPr>
            <w:tcW w:w="2041" w:type="dxa"/>
            <w:vAlign w:val="center"/>
          </w:tcPr>
          <w:p w14:paraId="3F3B3DAE" w14:textId="77777777" w:rsidR="005C6038" w:rsidRDefault="005C6038" w:rsidP="00031ACF">
            <w:pPr>
              <w:jc w:val="center"/>
            </w:pPr>
          </w:p>
        </w:tc>
        <w:tc>
          <w:tcPr>
            <w:tcW w:w="2137" w:type="dxa"/>
            <w:vAlign w:val="center"/>
          </w:tcPr>
          <w:p w14:paraId="5EBA22DC" w14:textId="77777777" w:rsidR="005C6038" w:rsidRDefault="005C6038" w:rsidP="00031ACF">
            <w:pPr>
              <w:jc w:val="center"/>
            </w:pPr>
          </w:p>
        </w:tc>
      </w:tr>
    </w:tbl>
    <w:p w14:paraId="3E0E7A0B" w14:textId="77777777" w:rsidR="005C6038" w:rsidRDefault="005C6038">
      <w:pPr>
        <w:rPr>
          <w:b/>
        </w:rPr>
      </w:pPr>
    </w:p>
    <w:p w14:paraId="151FC998" w14:textId="77777777" w:rsidR="005C6038" w:rsidRDefault="005C6038">
      <w:pPr>
        <w:rPr>
          <w:b/>
        </w:rPr>
      </w:pPr>
    </w:p>
    <w:p w14:paraId="05A4D29A" w14:textId="77777777" w:rsidR="002E12B1" w:rsidRDefault="00000000">
      <w:pPr>
        <w:spacing w:before="160"/>
        <w:jc w:val="both"/>
        <w:rPr>
          <w:lang w:val="es-ES"/>
        </w:rPr>
      </w:pPr>
      <w:r w:rsidRPr="005C6038">
        <w:rPr>
          <w:b/>
          <w:lang w:val="es-ES"/>
        </w:rPr>
        <w:t xml:space="preserve">Nota: </w:t>
      </w:r>
      <w:r w:rsidRPr="005C6038">
        <w:rPr>
          <w:lang w:val="es-ES"/>
        </w:rPr>
        <w:t>Este modelo se facilita como formulario de presentación. La candidatura deberá entregarse con todos los documentos identificativos exigidos y con, al menos, ocho avales completos.</w:t>
      </w:r>
    </w:p>
    <w:p w14:paraId="10868433" w14:textId="77777777" w:rsidR="005C6038" w:rsidRDefault="005C6038">
      <w:pPr>
        <w:spacing w:before="160"/>
        <w:jc w:val="both"/>
        <w:rPr>
          <w:lang w:val="es-ES"/>
        </w:rPr>
      </w:pPr>
    </w:p>
    <w:p w14:paraId="3F164B8E" w14:textId="77777777" w:rsidR="005C6038" w:rsidRDefault="005C6038">
      <w:pPr>
        <w:spacing w:before="160"/>
        <w:jc w:val="both"/>
        <w:rPr>
          <w:lang w:val="es-ES"/>
        </w:rPr>
      </w:pPr>
    </w:p>
    <w:p w14:paraId="7C628F15" w14:textId="77777777" w:rsidR="005C6038" w:rsidRDefault="005C6038">
      <w:pPr>
        <w:spacing w:before="160"/>
        <w:jc w:val="both"/>
        <w:rPr>
          <w:lang w:val="es-ES"/>
        </w:rPr>
      </w:pPr>
    </w:p>
    <w:p w14:paraId="72EADBA5" w14:textId="77777777" w:rsidR="005C6038" w:rsidRDefault="005C6038">
      <w:pPr>
        <w:spacing w:before="160"/>
        <w:jc w:val="both"/>
        <w:rPr>
          <w:lang w:val="es-ES"/>
        </w:rPr>
      </w:pPr>
    </w:p>
    <w:p w14:paraId="116A055E" w14:textId="77777777" w:rsidR="005C6038" w:rsidRDefault="005C6038">
      <w:pPr>
        <w:spacing w:before="160"/>
        <w:jc w:val="both"/>
        <w:rPr>
          <w:lang w:val="es-ES"/>
        </w:rPr>
      </w:pPr>
    </w:p>
    <w:p w14:paraId="1CE0C410" w14:textId="77777777" w:rsidR="005C6038" w:rsidRDefault="005C6038">
      <w:pPr>
        <w:spacing w:before="160"/>
        <w:jc w:val="both"/>
        <w:rPr>
          <w:lang w:val="es-ES"/>
        </w:rPr>
      </w:pPr>
    </w:p>
    <w:p w14:paraId="48BBF86E" w14:textId="77777777" w:rsidR="005C6038" w:rsidRDefault="005C6038">
      <w:pPr>
        <w:spacing w:before="160"/>
        <w:jc w:val="both"/>
        <w:rPr>
          <w:lang w:val="es-ES"/>
        </w:rPr>
      </w:pPr>
    </w:p>
    <w:p w14:paraId="3B470A51" w14:textId="4508F164" w:rsidR="005C6038" w:rsidRDefault="005C6038">
      <w:pPr>
        <w:spacing w:before="160"/>
        <w:jc w:val="both"/>
        <w:rPr>
          <w:b/>
          <w:bCs/>
          <w:lang w:val="es-ES"/>
        </w:rPr>
      </w:pPr>
      <w:r w:rsidRPr="005C6038">
        <w:rPr>
          <w:b/>
          <w:bCs/>
          <w:lang w:val="es-ES"/>
        </w:rPr>
        <w:lastRenderedPageBreak/>
        <w:t>FOTOCOPIAS O ESCANEOS DE D.N.I. Y CARNÉS DE SOCIO TOTAL</w:t>
      </w:r>
    </w:p>
    <w:p w14:paraId="383CFE0B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43C9418D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4BAAF204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18090DC7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0AE393AC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B908C73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10DE148A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09AC84C5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30BCE56B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5084F674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1AA790C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FB4089E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7B14588E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5B6DAD79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592701D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C5618B0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56FC99E4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8E206D9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B183605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39305A5B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1F5D3939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169BDD57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7B7CBFBD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26B41AAD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78DCD962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69599E5F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420C373F" w14:textId="77777777" w:rsidR="005C6038" w:rsidRDefault="005C6038">
      <w:pPr>
        <w:spacing w:before="160"/>
        <w:jc w:val="both"/>
        <w:rPr>
          <w:b/>
          <w:bCs/>
          <w:lang w:val="es-ES"/>
        </w:rPr>
      </w:pPr>
    </w:p>
    <w:p w14:paraId="7F82B9E0" w14:textId="77777777" w:rsidR="005C6038" w:rsidRPr="005C6038" w:rsidRDefault="005C6038">
      <w:pPr>
        <w:spacing w:before="160"/>
        <w:jc w:val="both"/>
        <w:rPr>
          <w:b/>
          <w:bCs/>
          <w:lang w:val="es-ES"/>
        </w:rPr>
      </w:pPr>
    </w:p>
    <w:p w14:paraId="310BEFA2" w14:textId="77777777" w:rsidR="005C6038" w:rsidRDefault="005C6038">
      <w:pPr>
        <w:spacing w:before="160"/>
        <w:jc w:val="both"/>
        <w:rPr>
          <w:lang w:val="es-ES"/>
        </w:rPr>
      </w:pPr>
    </w:p>
    <w:p w14:paraId="1B8F28FD" w14:textId="77777777" w:rsidR="005C6038" w:rsidRDefault="005C6038">
      <w:pPr>
        <w:spacing w:before="160"/>
        <w:jc w:val="both"/>
        <w:rPr>
          <w:lang w:val="es-ES"/>
        </w:rPr>
      </w:pPr>
    </w:p>
    <w:p w14:paraId="2EDA34AF" w14:textId="77777777" w:rsidR="005C6038" w:rsidRDefault="005C6038">
      <w:pPr>
        <w:spacing w:before="160"/>
        <w:jc w:val="both"/>
        <w:rPr>
          <w:lang w:val="es-ES"/>
        </w:rPr>
      </w:pPr>
    </w:p>
    <w:p w14:paraId="738F66E6" w14:textId="77777777" w:rsidR="005C6038" w:rsidRDefault="005C6038">
      <w:pPr>
        <w:spacing w:before="160"/>
        <w:jc w:val="both"/>
        <w:rPr>
          <w:lang w:val="es-ES"/>
        </w:rPr>
      </w:pPr>
    </w:p>
    <w:p w14:paraId="3B9DEDB9" w14:textId="77777777" w:rsidR="005C6038" w:rsidRPr="005C6038" w:rsidRDefault="005C6038">
      <w:pPr>
        <w:spacing w:before="160"/>
        <w:jc w:val="both"/>
        <w:rPr>
          <w:lang w:val="es-ES"/>
        </w:rPr>
      </w:pPr>
    </w:p>
    <w:sectPr w:rsidR="005C6038" w:rsidRPr="005C6038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1515794">
    <w:abstractNumId w:val="8"/>
  </w:num>
  <w:num w:numId="2" w16cid:durableId="902105741">
    <w:abstractNumId w:val="6"/>
  </w:num>
  <w:num w:numId="3" w16cid:durableId="1520775977">
    <w:abstractNumId w:val="5"/>
  </w:num>
  <w:num w:numId="4" w16cid:durableId="751124252">
    <w:abstractNumId w:val="4"/>
  </w:num>
  <w:num w:numId="5" w16cid:durableId="750465425">
    <w:abstractNumId w:val="7"/>
  </w:num>
  <w:num w:numId="6" w16cid:durableId="1072461921">
    <w:abstractNumId w:val="3"/>
  </w:num>
  <w:num w:numId="7" w16cid:durableId="1273123367">
    <w:abstractNumId w:val="2"/>
  </w:num>
  <w:num w:numId="8" w16cid:durableId="1150634782">
    <w:abstractNumId w:val="1"/>
  </w:num>
  <w:num w:numId="9" w16cid:durableId="145621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12B1"/>
    <w:rsid w:val="00326F90"/>
    <w:rsid w:val="005C6038"/>
    <w:rsid w:val="00AA1D8D"/>
    <w:rsid w:val="00B47730"/>
    <w:rsid w:val="00C864E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97FD34"/>
  <w14:defaultImageDpi w14:val="300"/>
  <w15:docId w15:val="{29C80ED2-30B5-433C-8CB9-C8180CB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Heriberto Frade Fernández</cp:lastModifiedBy>
  <cp:revision>2</cp:revision>
  <dcterms:created xsi:type="dcterms:W3CDTF">2026-09-03T23:41:00Z</dcterms:created>
  <dcterms:modified xsi:type="dcterms:W3CDTF">2026-09-03T23:41:00Z</dcterms:modified>
  <cp:category/>
</cp:coreProperties>
</file>